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1.png" ContentType="image/png"/>
  <Override PartName="/word/media/image2.png" ContentType="image/png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0"/>
        <w:jc w:val="center"/>
        <w:rPr/>
      </w:pPr>
      <w:r>
        <w:rPr>
          <w:rFonts w:eastAsia="Arial" w:cs="Arial"/>
          <w:b/>
          <w:bCs/>
          <w:i w:val="false"/>
          <w:iCs w:val="false"/>
          <w:sz w:val="29"/>
          <w:szCs w:val="29"/>
        </w:rPr>
        <w:t>PRORROGAÇÃO DE PRAZO</w:t>
      </w:r>
    </w:p>
    <w:p>
      <w:pPr>
        <w:pStyle w:val="Normal1"/>
        <w:spacing w:lineRule="auto" w:line="259" w:before="0" w:after="160"/>
        <w:jc w:val="center"/>
        <w:rPr>
          <w:rFonts w:ascii="Calibri" w:hAnsi="Calibri" w:eastAsia="Calibri" w:cs="Calibri"/>
          <w:b/>
          <w:bCs/>
          <w:color w:val="FF0000"/>
        </w:rPr>
      </w:pPr>
      <w:r>
        <w:rPr>
          <w:rFonts w:eastAsia="Calibri" w:cs="Calibri" w:ascii="Calibri" w:hAnsi="Calibri"/>
          <w:b/>
          <w:bCs/>
          <w:color w:val="FF0000"/>
        </w:rPr>
        <w:t xml:space="preserve">Solicitar 60 dias antes da data prevista. </w:t>
      </w:r>
    </w:p>
    <w:p>
      <w:pPr>
        <w:pStyle w:val="Ttulo1"/>
        <w:keepLines w:val="false"/>
        <w:spacing w:lineRule="auto" w:line="240" w:before="0" w:after="0"/>
        <w:rPr>
          <w:rFonts w:ascii="Arial" w:hAnsi="Arial" w:eastAsia="Arial" w:cs="Arial"/>
          <w:b w:val="false"/>
          <w:bCs w:val="false"/>
          <w:color w:val="000000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color w:val="000000"/>
          <w:sz w:val="20"/>
          <w:szCs w:val="20"/>
        </w:rPr>
      </w:r>
    </w:p>
    <w:p>
      <w:pPr>
        <w:pStyle w:val="Ttulo1"/>
        <w:keepLines w:val="false"/>
        <w:spacing w:lineRule="auto" w:line="240" w:before="0" w:after="0"/>
        <w:rPr>
          <w:rFonts w:ascii="Arial" w:hAnsi="Arial" w:eastAsia="Arial" w:cs="Arial"/>
          <w:b w:val="false"/>
          <w:bCs w:val="false"/>
          <w:color w:val="000000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color w:val="000000"/>
          <w:sz w:val="20"/>
          <w:szCs w:val="20"/>
        </w:rPr>
        <w:t>Belo Horizonte, ______ de _____________________ de 20___</w:t>
      </w:r>
    </w:p>
    <w:p>
      <w:pPr>
        <w:pStyle w:val="Normal1"/>
        <w:spacing w:lineRule="auto" w:line="259" w:before="0" w:after="1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360" w:before="0" w:after="160"/>
        <w:jc w:val="both"/>
        <w:rPr>
          <w:sz w:val="20"/>
          <w:szCs w:val="20"/>
        </w:rPr>
      </w:pPr>
      <w:r>
        <w:rPr>
          <w:sz w:val="20"/>
          <w:szCs w:val="20"/>
        </w:rPr>
        <w:t>Aos membros do colegiado:</w:t>
      </w:r>
    </w:p>
    <w:p>
      <w:pPr>
        <w:pStyle w:val="Normal1"/>
        <w:spacing w:lineRule="auto" w:line="36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Eu ____________________________________________</w:t>
      </w:r>
      <w:r>
        <w:rPr>
          <w:sz w:val="22"/>
          <w:szCs w:val="22"/>
        </w:rPr>
        <w:t xml:space="preserve"> </w:t>
      </w:r>
      <w:r>
        <w:rPr>
          <w:sz w:val="8"/>
          <w:szCs w:val="8"/>
        </w:rPr>
        <w:t>(NOME COMPLETO)</w:t>
      </w:r>
      <w:r>
        <w:rPr>
          <w:sz w:val="22"/>
          <w:szCs w:val="22"/>
        </w:rPr>
        <w:t xml:space="preserve">, </w:t>
      </w:r>
      <w:r>
        <w:rPr>
          <w:sz w:val="20"/>
          <w:szCs w:val="20"/>
        </w:rPr>
        <w:t xml:space="preserve">discente do curso de ______________ </w:t>
      </w:r>
      <w:r>
        <w:rPr>
          <w:sz w:val="8"/>
          <w:szCs w:val="8"/>
        </w:rPr>
        <w:t>(MESTRADO/DOUTORADO)</w:t>
      </w:r>
      <w:r>
        <w:rPr>
          <w:sz w:val="22"/>
          <w:szCs w:val="22"/>
        </w:rPr>
        <w:t xml:space="preserve"> </w:t>
      </w:r>
      <w:r>
        <w:rPr>
          <w:sz w:val="20"/>
          <w:szCs w:val="20"/>
        </w:rPr>
        <w:t xml:space="preserve">deste Programa de Pós-graduação, número de registro _______________, sob orientação do (a) docente __________________________________ </w:t>
      </w:r>
      <w:r>
        <w:rPr>
          <w:sz w:val="8"/>
          <w:szCs w:val="8"/>
        </w:rPr>
        <w:t>(NOME COMPLETO)</w:t>
      </w:r>
      <w:r>
        <w:rPr>
          <w:sz w:val="22"/>
          <w:szCs w:val="22"/>
        </w:rPr>
        <w:t xml:space="preserve"> </w:t>
      </w:r>
      <w:r>
        <w:rPr>
          <w:sz w:val="20"/>
          <w:szCs w:val="20"/>
        </w:rPr>
        <w:t xml:space="preserve">venho através deste, solicitar a prorrogação do prazo de _____________________________________ </w:t>
      </w:r>
      <w:r>
        <w:rPr>
          <w:sz w:val="8"/>
          <w:szCs w:val="8"/>
        </w:rPr>
        <w:t>(DEFESA DE DISSERTAÇÃO, EXAME DE QUALIFICAÇÃO, DEFESA DE TESE)</w:t>
      </w:r>
      <w:r>
        <w:rPr>
          <w:sz w:val="22"/>
          <w:szCs w:val="22"/>
        </w:rPr>
        <w:t xml:space="preserve"> </w:t>
      </w:r>
      <w:r>
        <w:rPr>
          <w:sz w:val="20"/>
          <w:szCs w:val="20"/>
        </w:rPr>
        <w:t xml:space="preserve">inicialmente previsto para ____________ </w:t>
      </w:r>
      <w:r>
        <w:rPr>
          <w:sz w:val="8"/>
          <w:szCs w:val="8"/>
        </w:rPr>
        <w:t>(MÊS / ANO)</w:t>
      </w:r>
      <w:r>
        <w:rPr>
          <w:sz w:val="22"/>
          <w:szCs w:val="22"/>
        </w:rPr>
        <w:t xml:space="preserve">. </w:t>
      </w:r>
      <w:r>
        <w:rPr>
          <w:sz w:val="20"/>
          <w:szCs w:val="20"/>
        </w:rPr>
        <w:t>Diante dos motivos expostos abaixo, preciso de mais ______ meses para concluir o cronograma do projeto intitulado _________________________________________________________________________________</w:t>
      </w:r>
    </w:p>
    <w:p>
      <w:pPr>
        <w:pStyle w:val="Normal1"/>
        <w:spacing w:lineRule="auto" w:line="360" w:before="0" w:after="0"/>
        <w:jc w:val="both"/>
        <w:rPr>
          <w:sz w:val="20"/>
          <w:szCs w:val="20"/>
        </w:rPr>
      </w:pPr>
      <w:bookmarkStart w:id="0" w:name="_heading=h.ze09h7l1u17t"/>
      <w:bookmarkEnd w:id="0"/>
      <w:r>
        <w:rPr>
          <w:sz w:val="20"/>
          <w:szCs w:val="20"/>
        </w:rPr>
        <w:t>_________________________________________________________________________________.</w:t>
      </w:r>
    </w:p>
    <w:p>
      <w:pPr>
        <w:pStyle w:val="Normal1"/>
        <w:spacing w:lineRule="auto" w:line="259" w:before="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1"/>
        <w:spacing w:lineRule="auto" w:line="259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Submetemos à apreciação do Colegiado deste Programa os motivos dessa solicitação:</w:t>
      </w:r>
    </w:p>
    <w:p>
      <w:pPr>
        <w:pStyle w:val="Normal1"/>
        <w:spacing w:lineRule="auto" w:line="259" w:before="0" w:after="160"/>
        <w:rPr>
          <w:sz w:val="8"/>
          <w:szCs w:val="8"/>
        </w:rPr>
      </w:pPr>
      <w:r>
        <w:rPr>
          <w:sz w:val="12"/>
          <w:szCs w:val="12"/>
        </w:rPr>
        <w:t xml:space="preserve">(CASO NECESSÁRIO, BASTA ANEXAR DOCUMENTOS JUNTO AO EMAIL DE ENCAMINHAMENTO)          </w:t>
      </w:r>
      <w:r>
        <w:rPr>
          <w:sz w:val="8"/>
          <w:szCs w:val="8"/>
        </w:rPr>
        <w:t xml:space="preserve">       </w:t>
      </w:r>
    </w:p>
    <w:p>
      <w:pPr>
        <w:pStyle w:val="Normal1"/>
        <w:spacing w:lineRule="auto" w:line="259" w:before="0" w:after="1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1"/>
        <w:spacing w:lineRule="auto" w:line="259" w:before="0" w:after="16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1"/>
        <w:spacing w:lineRule="auto" w:line="259" w:before="0" w:after="160"/>
        <w:rPr>
          <w:sz w:val="20"/>
          <w:szCs w:val="20"/>
        </w:rPr>
      </w:pPr>
      <w:r>
        <w:rPr>
          <w:sz w:val="20"/>
          <w:szCs w:val="20"/>
        </w:rPr>
        <w:t>Atenciosamente,</w:t>
      </w:r>
    </w:p>
    <w:p>
      <w:pPr>
        <w:pStyle w:val="Normal1"/>
        <w:spacing w:lineRule="auto" w:line="259" w:before="0" w:after="16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59" w:before="0" w:after="1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                       _________________________________ </w:t>
      </w:r>
    </w:p>
    <w:p>
      <w:pPr>
        <w:pStyle w:val="Ttulo2"/>
        <w:keepLines w:val="false"/>
        <w:spacing w:lineRule="auto" w:line="240" w:before="0" w:after="0"/>
        <w:jc w:val="center"/>
        <w:rPr/>
      </w:pPr>
      <w:r>
        <w:rPr>
          <w:rFonts w:eastAsia="Arial" w:cs="Arial" w:ascii="Arial" w:hAnsi="Arial"/>
          <w:b w:val="false"/>
          <w:bCs w:val="false"/>
          <w:color w:val="000000"/>
          <w:sz w:val="20"/>
          <w:szCs w:val="20"/>
        </w:rPr>
        <w:t xml:space="preserve">   </w:t>
      </w:r>
      <w:r>
        <w:rPr>
          <w:rFonts w:eastAsia="Arial" w:cs="Arial" w:ascii="Arial" w:hAnsi="Arial"/>
          <w:b w:val="false"/>
          <w:bCs w:val="false"/>
          <w:color w:val="000000"/>
          <w:sz w:val="20"/>
          <w:szCs w:val="20"/>
        </w:rPr>
        <w:t>Assinatura do (a) Discente                                         Assinatura do (a) Orientador</w:t>
      </w:r>
    </w:p>
    <w:p>
      <w:pPr>
        <w:pStyle w:val="Normal1"/>
        <w:spacing w:lineRule="auto" w:line="240" w:before="0" w:after="0"/>
        <w:jc w:val="center"/>
        <w:rPr>
          <w:rFonts w:ascii="Arial" w:hAnsi="Arial" w:eastAsia="Arial" w:cs="Arial"/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Normal1"/>
        <w:spacing w:lineRule="auto" w:line="240" w:before="0" w:after="0"/>
        <w:jc w:val="center"/>
        <w:rPr>
          <w:rFonts w:ascii="Arial" w:hAnsi="Arial" w:eastAsia="Arial" w:cs="Arial"/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  <w:t>Parecer do colegiado: Aprovação em: ___/___/___                Indeferido em: ___/___/___   Observações: ________________________________________________________________</w:t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907" w:right="907" w:gutter="0" w:header="255" w:top="1021" w:footer="567" w:bottom="1678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t xml:space="preserve">Mestrado Profissional em Inovação Tecnológica e Propriedade Intelectual </w:t>
    </w:r>
  </w:p>
  <w:p>
    <w:pPr>
      <w:pStyle w:val="Rodap"/>
      <w:jc w:val="center"/>
      <w:rPr/>
    </w:pPr>
    <w:r>
      <w:rPr/>
      <w:t>Sala 154 BL A4 – ICB – Departamento Ciências Biológicas – UFMG</w:t>
    </w:r>
  </w:p>
  <w:p>
    <w:pPr>
      <w:pStyle w:val="Rodap"/>
      <w:jc w:val="center"/>
      <w:rPr/>
    </w:pPr>
    <w:r>
      <w:rPr/>
      <w:t>Av. Antônio Carlos, n° 6627 – CEP: 31270-901 – Belo Horizonte – MG, Brasil</w:t>
    </w:r>
  </w:p>
  <w:p>
    <w:pPr>
      <w:pStyle w:val="Rodap"/>
      <w:jc w:val="center"/>
      <w:rPr/>
    </w:pPr>
    <w:r>
      <w:rPr/>
      <w:t>https://sites.icb.ufmg.br/pginovacao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5448300</wp:posOffset>
          </wp:positionH>
          <wp:positionV relativeFrom="paragraph">
            <wp:posOffset>-28575</wp:posOffset>
          </wp:positionV>
          <wp:extent cx="957580" cy="957580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957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r>
  </w:p>
  <w:p>
    <w:pPr>
      <w:pStyle w:val="Normal1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240030</wp:posOffset>
          </wp:positionH>
          <wp:positionV relativeFrom="paragraph">
            <wp:posOffset>635</wp:posOffset>
          </wp:positionV>
          <wp:extent cx="3185795" cy="70612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185795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r>
  </w:p>
  <w:p>
    <w:pPr>
      <w:pStyle w:val="Normal1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r>
  </w:p>
  <w:p>
    <w:pPr>
      <w:pStyle w:val="Normal1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r>
  </w:p>
  <w:p>
    <w:pPr>
      <w:pStyle w:val="Normal1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r>
  </w:p>
  <w:p>
    <w:pPr>
      <w:pStyle w:val="Normal1"/>
      <w:pBdr>
        <w:bottom w:val="single" w:sz="10" w:space="1" w:color="000000"/>
      </w:pBdr>
      <w:spacing w:lineRule="auto" w:line="240" w:before="0" w:after="2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18"/>
        <w:szCs w:val="18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18"/>
      <w:szCs w:val="18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lineRule="auto" w:line="240" w:before="480" w:after="0"/>
    </w:pPr>
    <w:rPr>
      <w:rFonts w:ascii="Calibri" w:hAnsi="Calibri" w:eastAsia="Calibri" w:cs="Calibri"/>
      <w:b/>
      <w:bCs/>
      <w:color w:val="366091"/>
      <w:sz w:val="28"/>
      <w:szCs w:val="28"/>
    </w:rPr>
  </w:style>
  <w:style w:type="paragraph" w:styleId="Ttulo2">
    <w:name w:val="Heading 2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color w:val="4F81BD"/>
      <w:sz w:val="26"/>
      <w:szCs w:val="26"/>
    </w:rPr>
  </w:style>
  <w:style w:type="paragraph" w:styleId="Ttulo3">
    <w:name w:val="Heading 3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color w:val="4F81BD"/>
    </w:rPr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i/>
      <w:iCs/>
      <w:color w:val="4F81BD"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color w:val="243F61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i/>
      <w:iCs/>
      <w:color w:val="243F61"/>
    </w:rPr>
  </w:style>
  <w:style w:type="paragraph" w:styleId="Ttulo7">
    <w:name w:val="Heading 7"/>
    <w:basedOn w:val="Normal1"/>
    <w:next w:val="Normal1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tulo8">
    <w:name w:val="Heading 8"/>
    <w:basedOn w:val="Normal1"/>
    <w:next w:val="Normal1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tulo9">
    <w:name w:val="Heading 9"/>
    <w:basedOn w:val="Normal1"/>
    <w:next w:val="Normal1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Nfas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1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1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18"/>
      <w:szCs w:val="18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pBdr>
        <w:bottom w:val="single" w:sz="8" w:space="4" w:color="4F81BD"/>
      </w:pBdr>
      <w:spacing w:lineRule="auto" w:line="240" w:before="0" w:after="300"/>
    </w:pPr>
    <w:rPr>
      <w:rFonts w:ascii="Calibri" w:hAnsi="Calibri" w:eastAsia="Calibri" w:cs="Calibri"/>
      <w:color w:val="17365D"/>
      <w:sz w:val="52"/>
      <w:szCs w:val="52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">
    <w:name w:val="Footer"/>
    <w:basedOn w:val="Normal1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18"/>
      <w:szCs w:val="18"/>
      <w:lang w:val="en-US" w:eastAsia="zh-CN" w:bidi="hi-IN"/>
    </w:rPr>
  </w:style>
  <w:style w:type="paragraph" w:styleId="ListParagraph">
    <w:name w:val="List Paragraph"/>
    <w:basedOn w:val="Normal1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1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1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a2">
    <w:name w:val="List Bullet 3"/>
    <w:basedOn w:val="Normal1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a3">
    <w:name w:val="List Bullet 4"/>
    <w:basedOn w:val="Normal1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1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1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1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1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1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1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1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1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1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Arial" w:cs="Arial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1"/>
    <w:next w:val="Normal1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1"/>
    <w:next w:val="Normal1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1"/>
    <w:next w:val="Normal1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tulodondicealfabtico">
    <w:name w:val="Index Heading"/>
    <w:basedOn w:val="Ttulo"/>
    <w:pPr/>
    <w:rPr/>
  </w:style>
  <w:style w:type="paragraph" w:styleId="Ttulodosumrio">
    <w:name w:val="TOC Heading"/>
    <w:basedOn w:val="Ttulo1"/>
    <w:next w:val="Normal1"/>
    <w:uiPriority w:val="39"/>
    <w:semiHidden/>
    <w:unhideWhenUsed/>
    <w:qFormat/>
    <w:rsid w:val="00fc693f"/>
    <w:pPr/>
    <w:rPr/>
  </w:style>
  <w:style w:type="paragraph" w:styleId="Subttulo">
    <w:name w:val="Subtitle"/>
    <w:basedOn w:val="Normal1"/>
    <w:next w:val="Normal1"/>
    <w:qFormat/>
    <w:pPr/>
    <w:rPr>
      <w:rFonts w:ascii="Calibri" w:hAnsi="Calibri" w:eastAsia="Calibri" w:cs="Calibri"/>
      <w:i/>
      <w:iCs/>
      <w:color w:val="4F81BD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0" w:space="0"/>
          <w:bottom w:val="single" w:color="000000" w:themeColor="text1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0" w:space="0"/>
          <w:bottom w:val="single" w:color="000000" w:themeColor="text1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0" w:space="0"/>
          <w:bottom w:val="single" w:color="4F81BD" w:themeColor="accent1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0" w:space="0"/>
          <w:bottom w:val="single" w:color="4F81BD" w:themeColor="accent1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0" w:space="0"/>
          <w:bottom w:val="single" w:color="C0504D" w:themeColor="accent2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0" w:space="0"/>
          <w:bottom w:val="single" w:color="C0504D" w:themeColor="accent2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0" w:space="0"/>
          <w:bottom w:val="single" w:color="9BBB59" w:themeColor="accent3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0" w:space="0"/>
          <w:bottom w:val="single" w:color="9BBB59" w:themeColor="accent3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0" w:space="0"/>
          <w:bottom w:val="single" w:color="8064A2" w:themeColor="accent4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0" w:space="0"/>
          <w:bottom w:val="single" w:color="8064A2" w:themeColor="accent4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0" w:space="0"/>
          <w:bottom w:val="single" w:color="4BACC6" w:themeColor="accent5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0" w:space="0"/>
          <w:bottom w:val="single" w:color="4BACC6" w:themeColor="accent5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0" w:space="0"/>
          <w:bottom w:val="single" w:color="F79646" w:themeColor="accent6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0" w:space="0"/>
          <w:bottom w:val="single" w:color="F79646" w:themeColor="accent6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0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0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0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0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0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0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0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0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0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0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0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0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0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0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 w:sz="0" w:space="0"/>
          <w:insideV w:val="nil" w:sz="0" w:space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0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0" w:space="0"/>
          <w:bottom w:val="single" w:color="auto" w:sz="18" w:space="0"/>
          <w:right w:val="nil" w:sz="0" w:space="0"/>
          <w:insideH w:val="nil" w:sz="0" w:space="0"/>
          <w:insideV w:val="nil" w:sz="0" w:space="0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000000" w:themeColor="text1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000000" w:themeColor="text1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000000" w:themeColor="text1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4F81BD" w:themeColor="accent1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4F81BD" w:themeColor="accent1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4F81BD" w:themeColor="accent1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C0504D" w:themeColor="accent2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C0504D" w:themeColor="accent2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9BBB59" w:themeColor="accent3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9BBB59" w:themeColor="accent3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9BBB59" w:themeColor="accent3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8064A2" w:themeColor="accent4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8064A2" w:themeColor="accent4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8064A2" w:themeColor="accent4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4BACC6" w:themeColor="accent5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4BACC6" w:themeColor="accent5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4BACC6" w:themeColor="accent5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0" w:space="0"/>
          <w:left w:val="nil" w:sz="0" w:space="0"/>
          <w:bottom w:val="single" w:color="F79646" w:themeColor="accent6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79646" w:themeColor="accent6" w:sz="8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 w:space="0"/>
          <w:left w:val="single" w:color="F79646" w:themeColor="accent6" w:sz="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 w:sz="0" w:space="0"/>
          <w:bottom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 w:space="0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 w:sz="0" w:space="0"/>
          <w:left w:val="single" w:color="FFFFFF" w:themeColor="background1" w:sz="24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0" w:space="0"/>
          <w:insideV w:val="nil" w:sz="0" w:space="0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FFFFF" w:themeColor="background1" w:sz="18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 w:sz="0" w:space="0"/>
          <w:left w:val="nil" w:sz="0" w:space="0"/>
          <w:bottom w:val="nil" w:sz="0" w:space="0"/>
          <w:right w:val="single" w:color="FFFFFF" w:themeColor="background1" w:sz="18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 w:sz="0" w:space="0"/>
          <w:left w:val="single" w:color="FFFFFF" w:themeColor="background1" w:sz="18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000000" w:themeColor="text1" w:sz="4" w:space="0"/>
          <w:insideV w:val="nil" w:sz="0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2C4C74" w:themeColor="accent1" w:sz="4" w:space="0"/>
          <w:insideV w:val="nil" w:sz="0" w:space="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C0504D" w:themeColor="accent2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772C2A" w:themeColor="accent2" w:sz="4" w:space="0"/>
          <w:insideV w:val="nil" w:sz="0" w:space="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8064A2" w:themeColor="accent4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5E7530" w:themeColor="accent3" w:sz="4" w:space="0"/>
          <w:insideV w:val="nil" w:sz="0" w:space="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9BBB59" w:themeColor="accent3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4C3B62" w:themeColor="accent4" w:sz="4" w:space="0"/>
          <w:insideV w:val="nil" w:sz="0" w:space="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F79646" w:themeColor="accent6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276A7C" w:themeColor="accent5" w:sz="4" w:space="0"/>
          <w:insideV w:val="nil" w:sz="0" w:space="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0" w:space="0"/>
          <w:left w:val="nil" w:sz="0" w:space="0"/>
          <w:bottom w:val="single" w:color="4BACC6" w:themeColor="accent5" w:sz="24" w:space="0"/>
          <w:right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single" w:color="B65608" w:themeColor="accent6" w:sz="4" w:space="0"/>
          <w:insideV w:val="nil" w:sz="0" w:space="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DqOtR5Al0FTZxM1ZzYCzHKXDEbA==">CgMxLjAyDmguemUwOWg3bDF1MTd0OAByITEzQ1RITDJoSzNzcVNpckk0NUNxRzVtRE0wc0t4dkxKRg==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LibreOffice/7.5.4.2$Windows_X86_64 LibreOffice_project/36ccfdc35048b057fd9854c757a8b67ec53977b6</Application>
  <AppVersion>15.0000</AppVersion>
  <Pages>1</Pages>
  <Words>165</Words>
  <Characters>2424</Characters>
  <CharactersWithSpaces>2680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/>
  <dc:language>pt-BR</dc:language>
  <cp:lastModifiedBy/>
  <dcterms:modified xsi:type="dcterms:W3CDTF">2026-08-20T11:17:00Z</dcterms:modified>
  <cp:revision>1</cp:revision>
  <dc:subject/>
  <dc:title/>
</cp:coreProperties>
</file>